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E30F06" w14:textId="77777777" w:rsidR="00D2316C" w:rsidRPr="00BB76EA" w:rsidRDefault="00D2316C" w:rsidP="00D2316C">
      <w:pPr>
        <w:spacing w:after="120"/>
        <w:jc w:val="center"/>
        <w:rPr>
          <w:rFonts w:ascii="宋体" w:eastAsia="宋体" w:hAnsi="宋体"/>
          <w:lang w:eastAsia="zh-CN"/>
        </w:rPr>
      </w:pPr>
      <w:r w:rsidRPr="00BB76EA">
        <w:rPr>
          <w:rFonts w:ascii="宋体" w:eastAsia="宋体" w:hAnsi="宋体"/>
          <w:b/>
          <w:sz w:val="36"/>
          <w:szCs w:val="36"/>
          <w:lang w:eastAsia="zh-CN"/>
        </w:rPr>
        <w:t>采购文件发售登记表</w:t>
      </w:r>
    </w:p>
    <w:p w14:paraId="2EC4471A" w14:textId="77777777" w:rsidR="00D2316C" w:rsidRPr="00BB76EA" w:rsidRDefault="00D2316C" w:rsidP="00D2316C">
      <w:pPr>
        <w:spacing w:after="0" w:line="360" w:lineRule="auto"/>
        <w:rPr>
          <w:rFonts w:ascii="宋体" w:eastAsia="宋体" w:hAnsi="宋体"/>
          <w:lang w:eastAsia="zh-CN"/>
        </w:rPr>
      </w:pPr>
      <w:r w:rsidRPr="00BB76EA">
        <w:rPr>
          <w:rFonts w:ascii="宋体" w:eastAsia="宋体" w:hAnsi="宋体"/>
          <w:lang w:eastAsia="zh-CN"/>
        </w:rPr>
        <w:t>时　间：　　　年　　月　　日</w:t>
      </w:r>
    </w:p>
    <w:tbl>
      <w:tblPr>
        <w:tblStyle w:val="aff1"/>
        <w:tblW w:w="0" w:type="auto"/>
        <w:tblLook w:val="04A0" w:firstRow="1" w:lastRow="0" w:firstColumn="1" w:lastColumn="0" w:noHBand="0" w:noVBand="1"/>
      </w:tblPr>
      <w:tblGrid>
        <w:gridCol w:w="1557"/>
        <w:gridCol w:w="2866"/>
        <w:gridCol w:w="1390"/>
        <w:gridCol w:w="3035"/>
      </w:tblGrid>
      <w:tr w:rsidR="00D2316C" w14:paraId="499AF855" w14:textId="77777777" w:rsidTr="00E44D76">
        <w:trPr>
          <w:trHeight w:val="1070"/>
        </w:trPr>
        <w:tc>
          <w:tcPr>
            <w:tcW w:w="1557" w:type="dxa"/>
            <w:vAlign w:val="center"/>
          </w:tcPr>
          <w:p w14:paraId="3AE875E8" w14:textId="77777777" w:rsidR="00D2316C" w:rsidRDefault="00D2316C" w:rsidP="00E44D76">
            <w:pPr>
              <w:jc w:val="center"/>
            </w:pPr>
            <w:r w:rsidRPr="005C4285">
              <w:rPr>
                <w:rFonts w:hint="eastAsia"/>
              </w:rPr>
              <w:t>采购项目名称</w:t>
            </w:r>
          </w:p>
        </w:tc>
        <w:tc>
          <w:tcPr>
            <w:tcW w:w="2866" w:type="dxa"/>
            <w:vAlign w:val="center"/>
          </w:tcPr>
          <w:p w14:paraId="0300075F" w14:textId="77777777" w:rsidR="00D2316C" w:rsidRDefault="00D2316C" w:rsidP="00E44D76">
            <w:pPr>
              <w:jc w:val="center"/>
            </w:pPr>
          </w:p>
        </w:tc>
        <w:tc>
          <w:tcPr>
            <w:tcW w:w="1390" w:type="dxa"/>
            <w:vAlign w:val="center"/>
          </w:tcPr>
          <w:p w14:paraId="332782EE" w14:textId="77777777" w:rsidR="00D2316C" w:rsidRDefault="00D2316C" w:rsidP="00E44D76">
            <w:pPr>
              <w:jc w:val="center"/>
            </w:pPr>
            <w:r w:rsidRPr="005C4285">
              <w:rPr>
                <w:rFonts w:hint="eastAsia"/>
              </w:rPr>
              <w:t>包号</w:t>
            </w:r>
          </w:p>
          <w:p w14:paraId="0DD6BFE1" w14:textId="77777777" w:rsidR="00D2316C" w:rsidRDefault="00D2316C" w:rsidP="00E44D76">
            <w:pPr>
              <w:jc w:val="center"/>
            </w:pPr>
            <w:r w:rsidRPr="005C4285">
              <w:t xml:space="preserve"> </w:t>
            </w:r>
            <w:r w:rsidRPr="005C4285">
              <w:t>（如有）</w:t>
            </w:r>
          </w:p>
        </w:tc>
        <w:tc>
          <w:tcPr>
            <w:tcW w:w="3034" w:type="dxa"/>
            <w:vAlign w:val="center"/>
          </w:tcPr>
          <w:p w14:paraId="028BD5F0" w14:textId="77777777" w:rsidR="00D2316C" w:rsidRDefault="00D2316C" w:rsidP="00E44D76">
            <w:pPr>
              <w:jc w:val="center"/>
            </w:pPr>
          </w:p>
        </w:tc>
      </w:tr>
      <w:tr w:rsidR="00D2316C" w14:paraId="3302542C" w14:textId="77777777" w:rsidTr="00E44D76">
        <w:trPr>
          <w:trHeight w:val="1025"/>
        </w:trPr>
        <w:tc>
          <w:tcPr>
            <w:tcW w:w="1557" w:type="dxa"/>
            <w:vAlign w:val="center"/>
          </w:tcPr>
          <w:p w14:paraId="5935ABCC" w14:textId="77777777" w:rsidR="00D2316C" w:rsidRPr="005C4285" w:rsidRDefault="00D2316C" w:rsidP="00E44D76">
            <w:pPr>
              <w:tabs>
                <w:tab w:val="left" w:pos="1140"/>
              </w:tabs>
            </w:pPr>
            <w:r w:rsidRPr="005C4285">
              <w:rPr>
                <w:rFonts w:hint="eastAsia"/>
              </w:rPr>
              <w:t>采购项目编号</w:t>
            </w:r>
          </w:p>
        </w:tc>
        <w:tc>
          <w:tcPr>
            <w:tcW w:w="2866" w:type="dxa"/>
            <w:vAlign w:val="center"/>
          </w:tcPr>
          <w:p w14:paraId="7B0C968F" w14:textId="77777777" w:rsidR="00D2316C" w:rsidRDefault="00D2316C" w:rsidP="00E44D76">
            <w:pPr>
              <w:jc w:val="center"/>
            </w:pPr>
          </w:p>
        </w:tc>
        <w:tc>
          <w:tcPr>
            <w:tcW w:w="1390" w:type="dxa"/>
            <w:vAlign w:val="center"/>
          </w:tcPr>
          <w:p w14:paraId="2CF8E9E8" w14:textId="77777777" w:rsidR="00D2316C" w:rsidRDefault="00D2316C" w:rsidP="00E44D76">
            <w:pPr>
              <w:jc w:val="center"/>
            </w:pPr>
            <w:r w:rsidRPr="005C4285">
              <w:rPr>
                <w:rFonts w:hint="eastAsia"/>
              </w:rPr>
              <w:t>文件价格</w:t>
            </w:r>
          </w:p>
          <w:p w14:paraId="643229CB" w14:textId="77777777" w:rsidR="00D2316C" w:rsidRDefault="00D2316C" w:rsidP="00E44D76">
            <w:pPr>
              <w:jc w:val="center"/>
              <w:rPr>
                <w:rFonts w:hint="eastAsia"/>
              </w:rPr>
            </w:pPr>
            <w:r w:rsidRPr="005C4285">
              <w:t>(</w:t>
            </w:r>
            <w:r w:rsidRPr="005C4285">
              <w:t>元</w:t>
            </w:r>
            <w:r w:rsidRPr="005C4285">
              <w:t>/</w:t>
            </w:r>
            <w:r w:rsidRPr="005C4285">
              <w:t>套</w:t>
            </w:r>
            <w:r w:rsidRPr="005C4285">
              <w:t>)</w:t>
            </w:r>
          </w:p>
        </w:tc>
        <w:tc>
          <w:tcPr>
            <w:tcW w:w="3034" w:type="dxa"/>
            <w:vAlign w:val="center"/>
          </w:tcPr>
          <w:p w14:paraId="737A39A5" w14:textId="77777777" w:rsidR="00D2316C" w:rsidRDefault="00D2316C" w:rsidP="00E44D76">
            <w:pPr>
              <w:jc w:val="center"/>
            </w:pPr>
          </w:p>
        </w:tc>
      </w:tr>
      <w:tr w:rsidR="00D2316C" w14:paraId="63C19B17" w14:textId="77777777" w:rsidTr="00E44D76">
        <w:trPr>
          <w:trHeight w:val="1070"/>
        </w:trPr>
        <w:tc>
          <w:tcPr>
            <w:tcW w:w="1557" w:type="dxa"/>
            <w:vAlign w:val="center"/>
          </w:tcPr>
          <w:p w14:paraId="7B63DEBE" w14:textId="77777777" w:rsidR="00D2316C" w:rsidRDefault="00D2316C" w:rsidP="00E44D76">
            <w:pPr>
              <w:jc w:val="center"/>
            </w:pPr>
            <w:r w:rsidRPr="005C4285">
              <w:rPr>
                <w:rFonts w:hint="eastAsia"/>
              </w:rPr>
              <w:t>供应商全称</w:t>
            </w:r>
          </w:p>
        </w:tc>
        <w:tc>
          <w:tcPr>
            <w:tcW w:w="2866" w:type="dxa"/>
            <w:vAlign w:val="center"/>
          </w:tcPr>
          <w:p w14:paraId="41651928" w14:textId="77777777" w:rsidR="00D2316C" w:rsidRDefault="00D2316C" w:rsidP="00E44D76">
            <w:pPr>
              <w:jc w:val="center"/>
            </w:pPr>
          </w:p>
        </w:tc>
        <w:tc>
          <w:tcPr>
            <w:tcW w:w="1390" w:type="dxa"/>
            <w:vAlign w:val="center"/>
          </w:tcPr>
          <w:p w14:paraId="5E82F05E" w14:textId="77777777" w:rsidR="00D2316C" w:rsidRDefault="00D2316C" w:rsidP="00E44D76">
            <w:pPr>
              <w:jc w:val="center"/>
            </w:pPr>
            <w:r w:rsidRPr="005C4285">
              <w:rPr>
                <w:rFonts w:hint="eastAsia"/>
              </w:rPr>
              <w:t>法定代表人</w:t>
            </w:r>
          </w:p>
        </w:tc>
        <w:tc>
          <w:tcPr>
            <w:tcW w:w="3034" w:type="dxa"/>
            <w:vAlign w:val="center"/>
          </w:tcPr>
          <w:p w14:paraId="604C2202" w14:textId="77777777" w:rsidR="00D2316C" w:rsidRDefault="00D2316C" w:rsidP="00E44D76">
            <w:pPr>
              <w:jc w:val="center"/>
            </w:pPr>
          </w:p>
        </w:tc>
      </w:tr>
      <w:tr w:rsidR="00D2316C" w14:paraId="486FEE36" w14:textId="77777777" w:rsidTr="00E44D76">
        <w:trPr>
          <w:trHeight w:val="1025"/>
        </w:trPr>
        <w:tc>
          <w:tcPr>
            <w:tcW w:w="1557" w:type="dxa"/>
            <w:vAlign w:val="center"/>
          </w:tcPr>
          <w:p w14:paraId="15679E92" w14:textId="77777777" w:rsidR="00D2316C" w:rsidRDefault="00D2316C" w:rsidP="00E44D76">
            <w:pPr>
              <w:jc w:val="center"/>
            </w:pPr>
            <w:r>
              <w:rPr>
                <w:rFonts w:hint="eastAsia"/>
              </w:rPr>
              <w:t>地址</w:t>
            </w:r>
          </w:p>
        </w:tc>
        <w:tc>
          <w:tcPr>
            <w:tcW w:w="7291" w:type="dxa"/>
            <w:gridSpan w:val="3"/>
            <w:vAlign w:val="center"/>
          </w:tcPr>
          <w:p w14:paraId="433AF904" w14:textId="77777777" w:rsidR="00D2316C" w:rsidRDefault="00D2316C" w:rsidP="00E44D76">
            <w:pPr>
              <w:jc w:val="center"/>
            </w:pPr>
          </w:p>
        </w:tc>
      </w:tr>
      <w:tr w:rsidR="00D2316C" w14:paraId="6115BC0C" w14:textId="77777777" w:rsidTr="00E44D76">
        <w:trPr>
          <w:trHeight w:val="1070"/>
        </w:trPr>
        <w:tc>
          <w:tcPr>
            <w:tcW w:w="1557" w:type="dxa"/>
            <w:vAlign w:val="center"/>
          </w:tcPr>
          <w:p w14:paraId="09126CB4" w14:textId="77777777" w:rsidR="00D2316C" w:rsidRDefault="00D2316C" w:rsidP="00E44D76">
            <w:pPr>
              <w:jc w:val="center"/>
            </w:pPr>
            <w:r w:rsidRPr="005C4285">
              <w:rPr>
                <w:rFonts w:hint="eastAsia"/>
              </w:rPr>
              <w:t>投标负责人</w:t>
            </w:r>
          </w:p>
        </w:tc>
        <w:tc>
          <w:tcPr>
            <w:tcW w:w="2866" w:type="dxa"/>
            <w:vAlign w:val="center"/>
          </w:tcPr>
          <w:p w14:paraId="22E0FC20" w14:textId="77777777" w:rsidR="00D2316C" w:rsidRDefault="00D2316C" w:rsidP="00E44D76">
            <w:pPr>
              <w:jc w:val="center"/>
            </w:pPr>
          </w:p>
        </w:tc>
        <w:tc>
          <w:tcPr>
            <w:tcW w:w="1390" w:type="dxa"/>
            <w:vAlign w:val="center"/>
          </w:tcPr>
          <w:p w14:paraId="2C351D16" w14:textId="77777777" w:rsidR="00D2316C" w:rsidRDefault="00D2316C" w:rsidP="00E44D76">
            <w:pPr>
              <w:jc w:val="center"/>
            </w:pPr>
            <w:r w:rsidRPr="005C4285">
              <w:rPr>
                <w:rFonts w:hint="eastAsia"/>
              </w:rPr>
              <w:t>电话号码（手机）</w:t>
            </w:r>
          </w:p>
        </w:tc>
        <w:tc>
          <w:tcPr>
            <w:tcW w:w="3034" w:type="dxa"/>
            <w:vAlign w:val="center"/>
          </w:tcPr>
          <w:p w14:paraId="0CA99715" w14:textId="77777777" w:rsidR="00D2316C" w:rsidRDefault="00D2316C" w:rsidP="00E44D76">
            <w:pPr>
              <w:jc w:val="center"/>
            </w:pPr>
          </w:p>
        </w:tc>
      </w:tr>
      <w:tr w:rsidR="00D2316C" w14:paraId="6E693A15" w14:textId="77777777" w:rsidTr="00E44D76">
        <w:trPr>
          <w:trHeight w:val="1070"/>
        </w:trPr>
        <w:tc>
          <w:tcPr>
            <w:tcW w:w="1557" w:type="dxa"/>
            <w:vAlign w:val="center"/>
          </w:tcPr>
          <w:p w14:paraId="19DBF3C6" w14:textId="77777777" w:rsidR="00D2316C" w:rsidRDefault="00D2316C" w:rsidP="00E44D76">
            <w:pPr>
              <w:jc w:val="center"/>
            </w:pPr>
            <w:r w:rsidRPr="005C4285">
              <w:rPr>
                <w:rFonts w:hint="eastAsia"/>
              </w:rPr>
              <w:t>邮箱</w:t>
            </w:r>
          </w:p>
        </w:tc>
        <w:tc>
          <w:tcPr>
            <w:tcW w:w="2866" w:type="dxa"/>
            <w:vAlign w:val="center"/>
          </w:tcPr>
          <w:p w14:paraId="2623BD7C" w14:textId="77777777" w:rsidR="00D2316C" w:rsidRDefault="00D2316C" w:rsidP="00E44D76">
            <w:pPr>
              <w:jc w:val="center"/>
            </w:pPr>
          </w:p>
        </w:tc>
        <w:tc>
          <w:tcPr>
            <w:tcW w:w="1390" w:type="dxa"/>
            <w:vAlign w:val="center"/>
          </w:tcPr>
          <w:p w14:paraId="44290D9F" w14:textId="77777777" w:rsidR="00D2316C" w:rsidRDefault="00D2316C" w:rsidP="00E44D76">
            <w:pPr>
              <w:jc w:val="center"/>
            </w:pPr>
            <w:r w:rsidRPr="005C4285">
              <w:rPr>
                <w:rFonts w:hint="eastAsia"/>
              </w:rPr>
              <w:t>传真</w:t>
            </w:r>
          </w:p>
        </w:tc>
        <w:tc>
          <w:tcPr>
            <w:tcW w:w="3034" w:type="dxa"/>
            <w:vAlign w:val="center"/>
          </w:tcPr>
          <w:p w14:paraId="75FC62DA" w14:textId="77777777" w:rsidR="00D2316C" w:rsidRDefault="00D2316C" w:rsidP="00E44D76">
            <w:pPr>
              <w:jc w:val="center"/>
            </w:pPr>
          </w:p>
        </w:tc>
      </w:tr>
      <w:tr w:rsidR="00D2316C" w14:paraId="441CB582" w14:textId="77777777" w:rsidTr="00E44D76">
        <w:trPr>
          <w:trHeight w:val="1025"/>
        </w:trPr>
        <w:tc>
          <w:tcPr>
            <w:tcW w:w="1557" w:type="dxa"/>
            <w:vMerge w:val="restart"/>
            <w:vAlign w:val="center"/>
          </w:tcPr>
          <w:p w14:paraId="55E61F41" w14:textId="77777777" w:rsidR="00D2316C" w:rsidRDefault="00D2316C" w:rsidP="00E44D76">
            <w:pPr>
              <w:jc w:val="center"/>
            </w:pPr>
            <w:r>
              <w:rPr>
                <w:rFonts w:hint="eastAsia"/>
              </w:rPr>
              <w:t>购买采购文件</w:t>
            </w:r>
          </w:p>
          <w:p w14:paraId="7849E28B" w14:textId="77777777" w:rsidR="00D2316C" w:rsidRDefault="00D2316C" w:rsidP="00E44D76">
            <w:pPr>
              <w:jc w:val="center"/>
            </w:pPr>
            <w:r>
              <w:rPr>
                <w:rFonts w:hint="eastAsia"/>
              </w:rPr>
              <w:t>经办人</w:t>
            </w:r>
          </w:p>
        </w:tc>
        <w:tc>
          <w:tcPr>
            <w:tcW w:w="2866" w:type="dxa"/>
            <w:vAlign w:val="center"/>
          </w:tcPr>
          <w:p w14:paraId="4584D7D8" w14:textId="77777777" w:rsidR="00D2316C" w:rsidRDefault="00D2316C" w:rsidP="00E44D76">
            <w:pPr>
              <w:jc w:val="center"/>
            </w:pPr>
            <w:r w:rsidRPr="005C4285">
              <w:rPr>
                <w:rFonts w:hint="eastAsia"/>
              </w:rPr>
              <w:t>姓名</w:t>
            </w:r>
          </w:p>
        </w:tc>
        <w:tc>
          <w:tcPr>
            <w:tcW w:w="4424" w:type="dxa"/>
            <w:gridSpan w:val="2"/>
            <w:vAlign w:val="center"/>
          </w:tcPr>
          <w:p w14:paraId="1459624C" w14:textId="77777777" w:rsidR="00D2316C" w:rsidRDefault="00D2316C" w:rsidP="00E44D76">
            <w:pPr>
              <w:jc w:val="center"/>
            </w:pPr>
            <w:r w:rsidRPr="005C4285">
              <w:rPr>
                <w:rFonts w:hint="eastAsia"/>
              </w:rPr>
              <w:t>电话号码（手机）</w:t>
            </w:r>
          </w:p>
        </w:tc>
      </w:tr>
      <w:tr w:rsidR="00D2316C" w14:paraId="0BD25E82" w14:textId="77777777" w:rsidTr="00E44D76">
        <w:trPr>
          <w:trHeight w:val="1025"/>
        </w:trPr>
        <w:tc>
          <w:tcPr>
            <w:tcW w:w="1557" w:type="dxa"/>
            <w:vMerge/>
            <w:vAlign w:val="center"/>
          </w:tcPr>
          <w:p w14:paraId="1C6C0309" w14:textId="77777777" w:rsidR="00D2316C" w:rsidRDefault="00D2316C" w:rsidP="00E44D76">
            <w:pPr>
              <w:jc w:val="center"/>
            </w:pPr>
          </w:p>
        </w:tc>
        <w:tc>
          <w:tcPr>
            <w:tcW w:w="2866" w:type="dxa"/>
            <w:vAlign w:val="center"/>
          </w:tcPr>
          <w:p w14:paraId="76BD3CB2" w14:textId="77777777" w:rsidR="00D2316C" w:rsidRDefault="00D2316C" w:rsidP="00E44D76">
            <w:pPr>
              <w:jc w:val="center"/>
            </w:pPr>
          </w:p>
        </w:tc>
        <w:tc>
          <w:tcPr>
            <w:tcW w:w="4424" w:type="dxa"/>
            <w:gridSpan w:val="2"/>
            <w:vAlign w:val="center"/>
          </w:tcPr>
          <w:p w14:paraId="54CE5CFE" w14:textId="77777777" w:rsidR="00D2316C" w:rsidRDefault="00D2316C" w:rsidP="00E44D76">
            <w:pPr>
              <w:jc w:val="center"/>
            </w:pPr>
          </w:p>
        </w:tc>
      </w:tr>
    </w:tbl>
    <w:p w14:paraId="208059BA" w14:textId="77777777" w:rsidR="00D2316C" w:rsidRDefault="00D2316C" w:rsidP="00D2316C"/>
    <w:p w14:paraId="76FEE665" w14:textId="77777777" w:rsidR="00D2316C" w:rsidRDefault="00D2316C" w:rsidP="00D2316C"/>
    <w:p w14:paraId="2BD9A8E1" w14:textId="77777777" w:rsidR="00D2316C" w:rsidRDefault="00D2316C" w:rsidP="00D2316C">
      <w:pPr>
        <w:jc w:val="right"/>
        <w:rPr>
          <w:rFonts w:hint="eastAsia"/>
        </w:rPr>
      </w:pPr>
      <w:r w:rsidRPr="005C4285">
        <w:rPr>
          <w:rFonts w:hint="eastAsia"/>
        </w:rPr>
        <w:t>投标供应商：</w:t>
      </w:r>
      <w:r w:rsidRPr="005C4285">
        <w:rPr>
          <w:u w:val="single"/>
        </w:rPr>
        <w:t xml:space="preserve">                          </w:t>
      </w:r>
      <w:r w:rsidRPr="005C4285">
        <w:t>（盖章）</w:t>
      </w:r>
    </w:p>
    <w:p w14:paraId="583080B3" w14:textId="77777777" w:rsidR="00D2316C" w:rsidRDefault="00D2316C" w:rsidP="00D2316C">
      <w:pPr>
        <w:spacing w:line="360" w:lineRule="auto"/>
        <w:ind w:right="1004"/>
        <w:rPr>
          <w:color w:val="FF0000"/>
          <w:w w:val="105"/>
        </w:rPr>
      </w:pPr>
    </w:p>
    <w:p w14:paraId="57C63F5F" w14:textId="77777777" w:rsidR="00D2316C" w:rsidRDefault="00D2316C" w:rsidP="00D2316C">
      <w:pPr>
        <w:spacing w:line="360" w:lineRule="auto"/>
        <w:ind w:right="1004"/>
        <w:rPr>
          <w:color w:val="FF0000"/>
          <w:w w:val="105"/>
        </w:rPr>
      </w:pPr>
    </w:p>
    <w:p w14:paraId="6B7A1260" w14:textId="77777777" w:rsidR="00D2316C" w:rsidRDefault="00D2316C" w:rsidP="00D2316C">
      <w:pPr>
        <w:spacing w:line="360" w:lineRule="auto"/>
        <w:ind w:right="1004"/>
        <w:rPr>
          <w:color w:val="FF0000"/>
          <w:w w:val="105"/>
        </w:rPr>
      </w:pPr>
    </w:p>
    <w:p w14:paraId="451FD82C" w14:textId="77777777" w:rsidR="00D2316C" w:rsidRPr="005C4285" w:rsidRDefault="00D2316C" w:rsidP="00D2316C">
      <w:pPr>
        <w:spacing w:line="360" w:lineRule="auto"/>
        <w:ind w:right="1004"/>
        <w:rPr>
          <w:rFonts w:hint="eastAsia"/>
          <w:w w:val="105"/>
          <w:lang w:eastAsia="zh-CN"/>
        </w:rPr>
      </w:pPr>
      <w:r w:rsidRPr="005C4285">
        <w:rPr>
          <w:rFonts w:hint="eastAsia"/>
          <w:w w:val="105"/>
          <w:lang w:eastAsia="zh-CN"/>
        </w:rPr>
        <w:t>备注：所填联系电话请确保工作时间畅通。</w:t>
      </w:r>
    </w:p>
    <w:p w14:paraId="40AC903F" w14:textId="77777777" w:rsidR="00AD26B9" w:rsidRPr="00D2316C" w:rsidRDefault="00AD26B9" w:rsidP="00D2316C">
      <w:pPr>
        <w:rPr>
          <w:lang w:eastAsia="zh-CN"/>
        </w:rPr>
      </w:pPr>
    </w:p>
    <w:sectPr w:rsidR="00AD26B9" w:rsidRPr="00D2316C" w:rsidSect="00034616">
      <w:pgSz w:w="11906" w:h="16838"/>
      <w:pgMar w:top="1418" w:right="1418" w:bottom="1418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51DD39" w14:textId="77777777" w:rsidR="00AD26B9" w:rsidRDefault="00AD26B9" w:rsidP="00D2316C">
      <w:pPr>
        <w:spacing w:after="0" w:line="240" w:lineRule="auto"/>
      </w:pPr>
      <w:r>
        <w:separator/>
      </w:r>
    </w:p>
  </w:endnote>
  <w:endnote w:type="continuationSeparator" w:id="0">
    <w:p w14:paraId="074E189A" w14:textId="77777777" w:rsidR="00AD26B9" w:rsidRDefault="00AD26B9" w:rsidP="00D231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思源黑体">
    <w:altName w:val="宋体"/>
    <w:panose1 w:val="00000000000000000000"/>
    <w:charset w:val="86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420307" w14:textId="77777777" w:rsidR="00AD26B9" w:rsidRDefault="00AD26B9" w:rsidP="00D2316C">
      <w:pPr>
        <w:spacing w:after="0" w:line="240" w:lineRule="auto"/>
      </w:pPr>
      <w:r>
        <w:separator/>
      </w:r>
    </w:p>
  </w:footnote>
  <w:footnote w:type="continuationSeparator" w:id="0">
    <w:p w14:paraId="21B9D3EB" w14:textId="77777777" w:rsidR="00AD26B9" w:rsidRDefault="00AD26B9" w:rsidP="00D2316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C7AC3"/>
    <w:rsid w:val="0015074B"/>
    <w:rsid w:val="0029639D"/>
    <w:rsid w:val="00326F90"/>
    <w:rsid w:val="00AA1D8D"/>
    <w:rsid w:val="00AD26B9"/>
    <w:rsid w:val="00B47730"/>
    <w:rsid w:val="00CB0664"/>
    <w:rsid w:val="00D2316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2969DF5F"/>
  <w14:defaultImageDpi w14:val="300"/>
  <w15:docId w15:val="{E71C3FF5-F505-4FE6-9B8B-D8A6DB72F1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eastAsia="思源黑体" w:hAnsi="Times New Roman" w:cs="Times New Roman"/>
      <w:sz w:val="24"/>
      <w:szCs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32"/>
      <w:szCs w:val="32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页眉 字符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页脚 字符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标题 1 字符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标题 2 字符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标题 3 字符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标题 字符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ad">
    <w:name w:val="副标题 字符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正文文本 字符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正文文本 2 字符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正文文本 3 字符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宏文本 字符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 字符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标题 4 字符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标题 5 字符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标题 6 字符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标题 7 字符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标题 8 字符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标题 9 字符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明显引用 字符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1">
    <w:name w:val="Table Grid"/>
    <w:basedOn w:val="a3"/>
    <w:uiPriority w:val="99"/>
    <w:qFormat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2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3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4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5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6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7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8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</Words>
  <Characters>173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202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某某某</cp:lastModifiedBy>
  <cp:revision>2</cp:revision>
  <dcterms:created xsi:type="dcterms:W3CDTF">2013-12-23T23:15:00Z</dcterms:created>
  <dcterms:modified xsi:type="dcterms:W3CDTF">2026-10-22T07:16:00Z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{"Label":"1","ContentProducer":"001191440300708461136T1WFUO","ProduceID":"4e0b0680b2abe8936cfcf7de72d0723c-6rdE","ReservedCode1":"{\"Type\":\" TC260PG\",\"Version\":1,\"Bindings\":[{\"Type\":\"soft\",\"AlgID\":\"sm3\",\"Value\":\"5122f6680a6237d9d3ebb0cf396cd0d649cc848b2d59f22a1a31c5c116b3eb6f\"},{\"Type\":\"hash\",\"AlgID\":\"sm3\",\"Value\":\"349de0f69b3bb90c58b9210449b084fdfeb3da5242eae20e2a43de942ee4cfe9\"}],\"PubSD\":[{\"Type\":\"DS\",\"AlgID\":\"sm2\",\"TBSData\":{\"Type\":\"Binding\",\"BType\":\"hash\"},\"Signature\":\"304502205b2cb039de919bd1d249e61afdcefcfc94b383ca56d45bd882345cb54e043590022100c1359c48bc6dc149b5f076d9bec458d66b26c1d67445723678c7cbee424186e2\"},{\"Type\":\"PubKey\",\"AlgID\":\"sm2\",\"KeyValue\":\"0407f79b28a17a752b3aae4305c98b48978213832729a2571850b1310b2bc9fe8fee039ccf25ebfeac27502414d9fcef792d777183c98893d226171c2f7a3289a2\"}],\"Extension\":{\"Timestamp\":1792652118,\"KeyVersion\":\"v1-TxLeOmf7bqU223\"}}","ContentPropagator":"001191440300708461136T1WFUO","PropagateID":"4e0b0680b2abe8936cfcf7de72d0723c-6rdE","ReservedCode2":"{\"Type\":\" TC260PG\",\"Version\":1,\"Bindings\":[{\"Type\":\"soft\",\"AlgID\":\"sm3\",\"Value\":\"5122f6680a6237d9d3ebb0cf396cd0d649cc848b2d59f22a1a31c5c116b3eb6f\"},{\"Type\":\"hash\",\"AlgID\":\"sm3\",\"Value\":\"349de0f69b3bb90c58b9210449b084fdfeb3da5242eae20e2a43de942ee4cfe9\"}],\"PubSD\":[{\"Type\":\"DS\",\"AlgID\":\"sm2\",\"TBSData\":{\"Type\":\"Binding\",\"BType\":\"hash\"},\"Signature\":\"304502205d525916b088e217bf561156ec7cc4fe3bef6386be02fabe333591662c649922022100d134f3b094b260b76123904d9d0241f09749e64e24f8c324d06b3d6b66f5eb71\"},{\"Type\":\"PubKey\",\"AlgID\":\"sm2\",\"KeyValue\":\"0407f79b28a17a752b3aae4305c98b48978213832729a2571850b1310b2bc9fe8fee039ccf25ebfeac27502414d9fcef792d777183c98893d226171c2f7a3289a2\"}],\"Extension\":{\"Timestamp\":1792652118,\"KeyVersion\":\"v1-TxLeOmf7bqU223\"}}"}</vt:lpwstr>
  </property>
</Properties>
</file>